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A97EBF" w14:textId="6C45EEA4" w:rsidR="008C60EF" w:rsidRPr="00655001" w:rsidRDefault="003333E3">
      <w:pPr>
        <w:rPr>
          <w:b/>
          <w:bCs/>
          <w:sz w:val="28"/>
          <w:szCs w:val="28"/>
        </w:rPr>
      </w:pPr>
      <w:r w:rsidRPr="00655001">
        <w:rPr>
          <w:b/>
          <w:bCs/>
          <w:sz w:val="28"/>
          <w:szCs w:val="28"/>
        </w:rPr>
        <w:t>Personal Information</w:t>
      </w:r>
    </w:p>
    <w:p w14:paraId="09B6BE9F" w14:textId="5A8666D5" w:rsidR="00F11E9A" w:rsidRPr="00655001" w:rsidRDefault="00000000">
      <w:pPr>
        <w:rPr>
          <w:sz w:val="28"/>
          <w:szCs w:val="28"/>
        </w:rPr>
      </w:pPr>
      <w:r w:rsidRPr="00655001">
        <w:rPr>
          <w:sz w:val="28"/>
          <w:szCs w:val="28"/>
        </w:rPr>
        <w:t>Full Name: ________________________________________________</w:t>
      </w:r>
      <w:r w:rsidR="008C60EF" w:rsidRPr="00655001">
        <w:rPr>
          <w:sz w:val="28"/>
          <w:szCs w:val="28"/>
        </w:rPr>
        <w:t>______________________</w:t>
      </w:r>
    </w:p>
    <w:p w14:paraId="38478A01" w14:textId="7464A230" w:rsidR="003333E3" w:rsidRPr="00655001" w:rsidRDefault="003333E3" w:rsidP="003333E3">
      <w:pPr>
        <w:rPr>
          <w:sz w:val="28"/>
          <w:szCs w:val="28"/>
        </w:rPr>
      </w:pPr>
      <w:r w:rsidRPr="00655001">
        <w:rPr>
          <w:sz w:val="28"/>
          <w:szCs w:val="28"/>
        </w:rPr>
        <w:t>Preferred</w:t>
      </w:r>
      <w:r w:rsidRPr="00655001">
        <w:rPr>
          <w:sz w:val="28"/>
          <w:szCs w:val="28"/>
        </w:rPr>
        <w:t xml:space="preserve"> Name: _______________________________________________________________</w:t>
      </w:r>
    </w:p>
    <w:p w14:paraId="1B0A7B33" w14:textId="12CD713E" w:rsidR="003333E3" w:rsidRPr="00655001" w:rsidRDefault="003333E3" w:rsidP="003333E3">
      <w:pPr>
        <w:rPr>
          <w:sz w:val="28"/>
          <w:szCs w:val="28"/>
        </w:rPr>
      </w:pPr>
      <w:r w:rsidRPr="00655001">
        <w:rPr>
          <w:sz w:val="28"/>
          <w:szCs w:val="28"/>
        </w:rPr>
        <w:t>Age</w:t>
      </w:r>
      <w:r w:rsidRPr="00655001">
        <w:rPr>
          <w:sz w:val="28"/>
          <w:szCs w:val="28"/>
        </w:rPr>
        <w:t>: ____________________________________________________________________________</w:t>
      </w:r>
      <w:r w:rsidR="001B763A" w:rsidRPr="00655001">
        <w:rPr>
          <w:sz w:val="28"/>
          <w:szCs w:val="28"/>
        </w:rPr>
        <w:t>_</w:t>
      </w:r>
    </w:p>
    <w:p w14:paraId="42BB9973" w14:textId="1C77134C" w:rsidR="00F11E9A" w:rsidRPr="00655001" w:rsidRDefault="00000000">
      <w:pPr>
        <w:rPr>
          <w:sz w:val="28"/>
          <w:szCs w:val="28"/>
        </w:rPr>
      </w:pPr>
      <w:r w:rsidRPr="00655001">
        <w:rPr>
          <w:sz w:val="28"/>
          <w:szCs w:val="28"/>
        </w:rPr>
        <w:t>Email: ________________________________________________</w:t>
      </w:r>
      <w:r w:rsidR="008C60EF" w:rsidRPr="00655001">
        <w:rPr>
          <w:sz w:val="28"/>
          <w:szCs w:val="28"/>
        </w:rPr>
        <w:t>___________________________</w:t>
      </w:r>
    </w:p>
    <w:p w14:paraId="31FAB9C1" w14:textId="4C2026FC" w:rsidR="00F11E9A" w:rsidRPr="00655001" w:rsidRDefault="00000000">
      <w:pPr>
        <w:rPr>
          <w:sz w:val="28"/>
          <w:szCs w:val="28"/>
        </w:rPr>
      </w:pPr>
      <w:r w:rsidRPr="00655001">
        <w:rPr>
          <w:sz w:val="28"/>
          <w:szCs w:val="28"/>
        </w:rPr>
        <w:t>Phone Number: ________________________________________________</w:t>
      </w:r>
      <w:r w:rsidR="008C60EF" w:rsidRPr="00655001">
        <w:rPr>
          <w:sz w:val="28"/>
          <w:szCs w:val="28"/>
        </w:rPr>
        <w:t>________________</w:t>
      </w:r>
    </w:p>
    <w:p w14:paraId="7AB4E6F1" w14:textId="20F83857" w:rsidR="00F11E9A" w:rsidRPr="00655001" w:rsidRDefault="00000000">
      <w:pPr>
        <w:rPr>
          <w:sz w:val="28"/>
          <w:szCs w:val="28"/>
        </w:rPr>
      </w:pPr>
      <w:r w:rsidRPr="00655001">
        <w:rPr>
          <w:sz w:val="28"/>
          <w:szCs w:val="28"/>
        </w:rPr>
        <w:t>Occupation: ________________________________________________</w:t>
      </w:r>
      <w:r w:rsidR="008C60EF" w:rsidRPr="00655001">
        <w:rPr>
          <w:sz w:val="28"/>
          <w:szCs w:val="28"/>
        </w:rPr>
        <w:t>____________________</w:t>
      </w:r>
    </w:p>
    <w:p w14:paraId="090CB6D9" w14:textId="7E772216" w:rsidR="00F11E9A" w:rsidRPr="00655001" w:rsidRDefault="00000000">
      <w:pPr>
        <w:rPr>
          <w:sz w:val="28"/>
          <w:szCs w:val="28"/>
        </w:rPr>
      </w:pPr>
      <w:r w:rsidRPr="00655001">
        <w:rPr>
          <w:sz w:val="28"/>
          <w:szCs w:val="28"/>
        </w:rPr>
        <w:t>Marital Status: ________________________________________________</w:t>
      </w:r>
      <w:r w:rsidR="008C60EF" w:rsidRPr="00655001">
        <w:rPr>
          <w:sz w:val="28"/>
          <w:szCs w:val="28"/>
        </w:rPr>
        <w:t>_________________</w:t>
      </w:r>
    </w:p>
    <w:p w14:paraId="7EDF18FC" w14:textId="61051108" w:rsidR="003333E3" w:rsidRPr="00655001" w:rsidRDefault="00000000">
      <w:pPr>
        <w:rPr>
          <w:sz w:val="28"/>
          <w:szCs w:val="28"/>
        </w:rPr>
      </w:pPr>
      <w:r w:rsidRPr="00655001">
        <w:rPr>
          <w:sz w:val="28"/>
          <w:szCs w:val="28"/>
        </w:rPr>
        <w:t>Children (if applicable): ________________________________________________</w:t>
      </w:r>
      <w:r w:rsidR="008C60EF" w:rsidRPr="00655001">
        <w:rPr>
          <w:sz w:val="28"/>
          <w:szCs w:val="28"/>
        </w:rPr>
        <w:t>_______</w:t>
      </w:r>
    </w:p>
    <w:p w14:paraId="3F35E6F1" w14:textId="2CF7E4D6" w:rsidR="003333E3" w:rsidRPr="00655001" w:rsidRDefault="003333E3">
      <w:pPr>
        <w:rPr>
          <w:b/>
          <w:bCs/>
          <w:sz w:val="28"/>
          <w:szCs w:val="28"/>
        </w:rPr>
      </w:pPr>
      <w:bookmarkStart w:id="0" w:name="_Hlk232850845"/>
      <w:r w:rsidRPr="00655001">
        <w:rPr>
          <w:b/>
          <w:bCs/>
          <w:sz w:val="28"/>
          <w:szCs w:val="28"/>
        </w:rPr>
        <w:t>Coaching Goals</w:t>
      </w:r>
    </w:p>
    <w:p w14:paraId="17A07389" w14:textId="35AEC437" w:rsidR="001B763A" w:rsidRPr="00655001" w:rsidRDefault="003333E3" w:rsidP="000E67DA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What inspired you to seek coaching at this time?</w:t>
      </w:r>
    </w:p>
    <w:p w14:paraId="59A61C59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549A5AF9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40A0D7BA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104CFA32" w14:textId="4DA897F3" w:rsidR="007958C9" w:rsidRPr="00655001" w:rsidRDefault="00000000" w:rsidP="000E67DA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What are your top 3 goals for the next 90 days</w:t>
      </w:r>
      <w:r w:rsidR="007958C9" w:rsidRPr="00655001">
        <w:rPr>
          <w:sz w:val="28"/>
          <w:szCs w:val="28"/>
        </w:rPr>
        <w:t>?</w:t>
      </w:r>
    </w:p>
    <w:p w14:paraId="11661DC3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159084D4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64447B53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478235D3" w14:textId="77777777" w:rsidR="000E67DA" w:rsidRPr="00655001" w:rsidRDefault="007958C9" w:rsidP="000E67DA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W</w:t>
      </w:r>
      <w:r w:rsidRPr="00655001">
        <w:rPr>
          <w:sz w:val="28"/>
          <w:szCs w:val="28"/>
        </w:rPr>
        <w:t>hat would you like to achieve over the next</w:t>
      </w:r>
      <w:r w:rsidRPr="00655001">
        <w:rPr>
          <w:sz w:val="28"/>
          <w:szCs w:val="28"/>
        </w:rPr>
        <w:t xml:space="preserve"> 6-12 months</w:t>
      </w:r>
      <w:r w:rsidRPr="00655001">
        <w:rPr>
          <w:sz w:val="28"/>
          <w:szCs w:val="28"/>
        </w:rPr>
        <w:t>?</w:t>
      </w:r>
      <w:bookmarkEnd w:id="0"/>
    </w:p>
    <w:p w14:paraId="08ED1389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0A132AF1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1C630D8F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51D638F7" w14:textId="77777777" w:rsidR="00D56F5E" w:rsidRPr="00655001" w:rsidRDefault="00D56F5E" w:rsidP="00D56F5E">
      <w:pPr>
        <w:spacing w:after="0" w:line="360" w:lineRule="auto"/>
        <w:ind w:left="1080"/>
        <w:rPr>
          <w:sz w:val="28"/>
          <w:szCs w:val="28"/>
        </w:rPr>
      </w:pPr>
    </w:p>
    <w:p w14:paraId="2DF40CBD" w14:textId="6D5850E9" w:rsidR="00136CB4" w:rsidRPr="00655001" w:rsidRDefault="007958C9" w:rsidP="000E67DA">
      <w:pPr>
        <w:pStyle w:val="ListParagraph"/>
        <w:numPr>
          <w:ilvl w:val="0"/>
          <w:numId w:val="14"/>
        </w:numPr>
        <w:spacing w:after="0" w:line="240" w:lineRule="auto"/>
        <w:rPr>
          <w:rFonts w:eastAsia="Times New Roman" w:cs="Times New Roman"/>
          <w:sz w:val="28"/>
          <w:szCs w:val="28"/>
        </w:rPr>
      </w:pPr>
      <w:r w:rsidRPr="00EC4320">
        <w:rPr>
          <w:rFonts w:eastAsia="Times New Roman" w:cs="Times New Roman"/>
          <w:sz w:val="28"/>
          <w:szCs w:val="28"/>
        </w:rPr>
        <w:lastRenderedPageBreak/>
        <w:t>If our coaching relationship is successful, what will be different in your life one year from now?</w:t>
      </w:r>
    </w:p>
    <w:p w14:paraId="221C2126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2C30729E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59A9D9A2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69CE91A8" w14:textId="2AB440C9" w:rsidR="00136CB4" w:rsidRPr="00655001" w:rsidRDefault="00136CB4" w:rsidP="000E67DA">
      <w:pPr>
        <w:pStyle w:val="ListParagraph"/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655001">
        <w:rPr>
          <w:sz w:val="28"/>
          <w:szCs w:val="28"/>
        </w:rPr>
        <w:t>What area of your life would you most like to improve?</w:t>
      </w:r>
    </w:p>
    <w:p w14:paraId="05B770F3" w14:textId="0CE51B18" w:rsidR="00136CB4" w:rsidRPr="00655001" w:rsidRDefault="00136CB4" w:rsidP="000E67DA">
      <w:pPr>
        <w:pStyle w:val="ListParagraph"/>
        <w:numPr>
          <w:ilvl w:val="1"/>
          <w:numId w:val="14"/>
        </w:numPr>
        <w:spacing w:after="0" w:line="240" w:lineRule="auto"/>
        <w:rPr>
          <w:sz w:val="28"/>
          <w:szCs w:val="28"/>
        </w:rPr>
      </w:pPr>
      <w:r w:rsidRPr="00655001">
        <w:rPr>
          <w:sz w:val="28"/>
          <w:szCs w:val="28"/>
        </w:rPr>
        <w:t>Career</w:t>
      </w:r>
      <w:r w:rsidR="000E67DA" w:rsidRPr="00655001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2950342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6F5E" w:rsidRPr="00655001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</w:p>
    <w:p w14:paraId="6974C79B" w14:textId="152D37D8" w:rsidR="00136CB4" w:rsidRPr="00655001" w:rsidRDefault="00136CB4" w:rsidP="000E67DA">
      <w:pPr>
        <w:pStyle w:val="ListParagraph"/>
        <w:numPr>
          <w:ilvl w:val="1"/>
          <w:numId w:val="14"/>
        </w:numPr>
        <w:spacing w:after="0" w:line="240" w:lineRule="auto"/>
        <w:rPr>
          <w:sz w:val="28"/>
          <w:szCs w:val="28"/>
        </w:rPr>
      </w:pPr>
      <w:r w:rsidRPr="00655001">
        <w:rPr>
          <w:sz w:val="28"/>
          <w:szCs w:val="28"/>
        </w:rPr>
        <w:t>Relationships</w:t>
      </w:r>
      <w:r w:rsidR="00D56F5E" w:rsidRPr="00655001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-2613053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6F5E" w:rsidRPr="00655001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</w:p>
    <w:p w14:paraId="401A8164" w14:textId="3F99567B" w:rsidR="00136CB4" w:rsidRPr="00655001" w:rsidRDefault="00136CB4" w:rsidP="000E67DA">
      <w:pPr>
        <w:pStyle w:val="ListParagraph"/>
        <w:numPr>
          <w:ilvl w:val="1"/>
          <w:numId w:val="14"/>
        </w:numPr>
        <w:spacing w:after="0" w:line="240" w:lineRule="auto"/>
        <w:rPr>
          <w:sz w:val="28"/>
          <w:szCs w:val="28"/>
        </w:rPr>
      </w:pPr>
      <w:r w:rsidRPr="00655001">
        <w:rPr>
          <w:sz w:val="28"/>
          <w:szCs w:val="28"/>
        </w:rPr>
        <w:t>Health/Fitness</w:t>
      </w:r>
      <w:r w:rsidR="00D56F5E" w:rsidRPr="00655001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-19611014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6F5E" w:rsidRPr="00655001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</w:p>
    <w:p w14:paraId="53E2AB60" w14:textId="64418DA9" w:rsidR="00136CB4" w:rsidRPr="00655001" w:rsidRDefault="00136CB4" w:rsidP="000E67DA">
      <w:pPr>
        <w:pStyle w:val="ListParagraph"/>
        <w:numPr>
          <w:ilvl w:val="1"/>
          <w:numId w:val="14"/>
        </w:numPr>
        <w:spacing w:after="0" w:line="240" w:lineRule="auto"/>
        <w:rPr>
          <w:sz w:val="28"/>
          <w:szCs w:val="28"/>
        </w:rPr>
      </w:pPr>
      <w:r w:rsidRPr="00655001">
        <w:rPr>
          <w:sz w:val="28"/>
          <w:szCs w:val="28"/>
        </w:rPr>
        <w:t>Finances</w:t>
      </w:r>
      <w:r w:rsidR="00D56F5E" w:rsidRPr="00655001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117962581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6F5E" w:rsidRPr="00655001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</w:p>
    <w:p w14:paraId="39D557BE" w14:textId="5D85F742" w:rsidR="00136CB4" w:rsidRPr="00655001" w:rsidRDefault="00136CB4" w:rsidP="000E67DA">
      <w:pPr>
        <w:pStyle w:val="ListParagraph"/>
        <w:numPr>
          <w:ilvl w:val="1"/>
          <w:numId w:val="14"/>
        </w:numPr>
        <w:spacing w:after="0" w:line="240" w:lineRule="auto"/>
        <w:rPr>
          <w:sz w:val="28"/>
          <w:szCs w:val="28"/>
        </w:rPr>
      </w:pPr>
      <w:r w:rsidRPr="00655001">
        <w:rPr>
          <w:sz w:val="28"/>
          <w:szCs w:val="28"/>
        </w:rPr>
        <w:t>Confidence</w:t>
      </w:r>
      <w:r w:rsidR="00D56F5E" w:rsidRPr="00655001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64077404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6F5E" w:rsidRPr="00655001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</w:p>
    <w:p w14:paraId="4893F402" w14:textId="0FC53AB4" w:rsidR="00136CB4" w:rsidRPr="00655001" w:rsidRDefault="00136CB4" w:rsidP="000E67DA">
      <w:pPr>
        <w:pStyle w:val="ListParagraph"/>
        <w:numPr>
          <w:ilvl w:val="1"/>
          <w:numId w:val="14"/>
        </w:numPr>
        <w:spacing w:after="0" w:line="240" w:lineRule="auto"/>
        <w:rPr>
          <w:sz w:val="28"/>
          <w:szCs w:val="28"/>
        </w:rPr>
      </w:pPr>
      <w:r w:rsidRPr="00655001">
        <w:rPr>
          <w:sz w:val="28"/>
          <w:szCs w:val="28"/>
        </w:rPr>
        <w:t>Leadership</w:t>
      </w:r>
      <w:r w:rsidR="00D56F5E" w:rsidRPr="00655001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11813141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6F5E" w:rsidRPr="00655001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</w:p>
    <w:p w14:paraId="6F04BE5A" w14:textId="0E317E7B" w:rsidR="00136CB4" w:rsidRPr="00655001" w:rsidRDefault="00136CB4" w:rsidP="000E67DA">
      <w:pPr>
        <w:pStyle w:val="ListParagraph"/>
        <w:numPr>
          <w:ilvl w:val="1"/>
          <w:numId w:val="14"/>
        </w:numPr>
        <w:spacing w:after="0" w:line="240" w:lineRule="auto"/>
        <w:rPr>
          <w:sz w:val="28"/>
          <w:szCs w:val="28"/>
        </w:rPr>
      </w:pPr>
      <w:r w:rsidRPr="00655001">
        <w:rPr>
          <w:sz w:val="28"/>
          <w:szCs w:val="28"/>
        </w:rPr>
        <w:t>Time Management</w:t>
      </w:r>
      <w:r w:rsidR="00D56F5E" w:rsidRPr="00655001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108734697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6F5E" w:rsidRPr="00655001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</w:p>
    <w:p w14:paraId="2407636E" w14:textId="2118BBD3" w:rsidR="00136CB4" w:rsidRPr="00655001" w:rsidRDefault="00136CB4" w:rsidP="000E67DA">
      <w:pPr>
        <w:pStyle w:val="ListParagraph"/>
        <w:numPr>
          <w:ilvl w:val="1"/>
          <w:numId w:val="14"/>
        </w:numPr>
        <w:spacing w:after="0" w:line="240" w:lineRule="auto"/>
        <w:rPr>
          <w:sz w:val="28"/>
          <w:szCs w:val="28"/>
        </w:rPr>
      </w:pPr>
      <w:r w:rsidRPr="00655001">
        <w:rPr>
          <w:sz w:val="28"/>
          <w:szCs w:val="28"/>
        </w:rPr>
        <w:t>Purpose &amp; Fulfillment</w:t>
      </w:r>
      <w:r w:rsidR="00D56F5E" w:rsidRPr="00655001">
        <w:rPr>
          <w:sz w:val="28"/>
          <w:szCs w:val="28"/>
        </w:rPr>
        <w:t xml:space="preserve"> </w:t>
      </w:r>
      <w:sdt>
        <w:sdtPr>
          <w:rPr>
            <w:sz w:val="28"/>
            <w:szCs w:val="28"/>
          </w:rPr>
          <w:id w:val="11844803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56F5E" w:rsidRPr="00655001">
            <w:rPr>
              <w:rFonts w:ascii="Segoe UI Symbol" w:eastAsia="MS Gothic" w:hAnsi="Segoe UI Symbol" w:cs="Segoe UI Symbol"/>
              <w:sz w:val="28"/>
              <w:szCs w:val="28"/>
            </w:rPr>
            <w:t>☐</w:t>
          </w:r>
        </w:sdtContent>
      </w:sdt>
    </w:p>
    <w:p w14:paraId="6D982AEB" w14:textId="695BEFE9" w:rsidR="00136CB4" w:rsidRPr="00655001" w:rsidRDefault="00136CB4" w:rsidP="000E67DA">
      <w:pPr>
        <w:pStyle w:val="ListParagraph"/>
        <w:numPr>
          <w:ilvl w:val="1"/>
          <w:numId w:val="14"/>
        </w:numPr>
        <w:spacing w:after="0" w:line="240" w:lineRule="auto"/>
        <w:rPr>
          <w:sz w:val="28"/>
          <w:szCs w:val="28"/>
        </w:rPr>
      </w:pPr>
      <w:r w:rsidRPr="00655001">
        <w:rPr>
          <w:sz w:val="28"/>
          <w:szCs w:val="28"/>
        </w:rPr>
        <w:t>Other</w:t>
      </w:r>
      <w:r w:rsidRPr="00655001">
        <w:rPr>
          <w:sz w:val="28"/>
          <w:szCs w:val="28"/>
        </w:rPr>
        <w:t xml:space="preserve"> ______________________________________________________________</w:t>
      </w:r>
    </w:p>
    <w:p w14:paraId="482F0C47" w14:textId="77777777" w:rsidR="00136CB4" w:rsidRPr="00655001" w:rsidRDefault="00136CB4" w:rsidP="00136CB4">
      <w:pPr>
        <w:pStyle w:val="ListParagraph"/>
        <w:spacing w:after="0" w:line="240" w:lineRule="auto"/>
        <w:ind w:left="1440"/>
        <w:rPr>
          <w:sz w:val="28"/>
          <w:szCs w:val="28"/>
        </w:rPr>
      </w:pPr>
    </w:p>
    <w:p w14:paraId="676DE891" w14:textId="0B3A1FC2" w:rsidR="00136CB4" w:rsidRPr="00655001" w:rsidRDefault="00136CB4" w:rsidP="00D56F5E">
      <w:pPr>
        <w:rPr>
          <w:b/>
          <w:bCs/>
          <w:sz w:val="28"/>
          <w:szCs w:val="28"/>
        </w:rPr>
      </w:pPr>
      <w:bookmarkStart w:id="1" w:name="_Hlk232866349"/>
      <w:bookmarkStart w:id="2" w:name="_Hlk232871395"/>
      <w:r w:rsidRPr="00655001">
        <w:rPr>
          <w:b/>
          <w:bCs/>
          <w:sz w:val="28"/>
          <w:szCs w:val="28"/>
        </w:rPr>
        <w:t>Current Challenges</w:t>
      </w:r>
    </w:p>
    <w:p w14:paraId="7E80001A" w14:textId="3FD80123" w:rsidR="00136CB4" w:rsidRPr="00655001" w:rsidRDefault="00136CB4" w:rsidP="000E67DA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 xml:space="preserve">What </w:t>
      </w:r>
      <w:r w:rsidRPr="00655001">
        <w:rPr>
          <w:sz w:val="28"/>
          <w:szCs w:val="28"/>
        </w:rPr>
        <w:t>is the biggest challenge preventing you from achieving your goals</w:t>
      </w:r>
      <w:r w:rsidRPr="00655001">
        <w:rPr>
          <w:sz w:val="28"/>
          <w:szCs w:val="28"/>
        </w:rPr>
        <w:t>?</w:t>
      </w:r>
    </w:p>
    <w:p w14:paraId="1E575EEB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18E12CA6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117A9687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1E6E7FF9" w14:textId="074BDA49" w:rsidR="00136CB4" w:rsidRPr="00655001" w:rsidRDefault="00136CB4" w:rsidP="000E67DA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 xml:space="preserve">What </w:t>
      </w:r>
      <w:r w:rsidRPr="00655001">
        <w:rPr>
          <w:sz w:val="28"/>
          <w:szCs w:val="28"/>
        </w:rPr>
        <w:t>have you already tried to overcome this challenge</w:t>
      </w:r>
      <w:r w:rsidRPr="00655001">
        <w:rPr>
          <w:sz w:val="28"/>
          <w:szCs w:val="28"/>
        </w:rPr>
        <w:t>?</w:t>
      </w:r>
    </w:p>
    <w:p w14:paraId="4F619E6D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6F07A791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13B45C11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2C5B314A" w14:textId="77777777" w:rsidR="00D56F5E" w:rsidRPr="00655001" w:rsidRDefault="00D56F5E" w:rsidP="00D56F5E">
      <w:pPr>
        <w:spacing w:after="0" w:line="360" w:lineRule="auto"/>
        <w:rPr>
          <w:sz w:val="28"/>
          <w:szCs w:val="28"/>
        </w:rPr>
      </w:pPr>
    </w:p>
    <w:p w14:paraId="37538663" w14:textId="77777777" w:rsidR="00D56F5E" w:rsidRPr="00655001" w:rsidRDefault="00D56F5E" w:rsidP="00D56F5E">
      <w:pPr>
        <w:spacing w:after="0" w:line="360" w:lineRule="auto"/>
        <w:rPr>
          <w:sz w:val="28"/>
          <w:szCs w:val="28"/>
        </w:rPr>
      </w:pPr>
    </w:p>
    <w:p w14:paraId="720B73DF" w14:textId="77777777" w:rsidR="00136CB4" w:rsidRPr="00655001" w:rsidRDefault="00136CB4" w:rsidP="00136CB4">
      <w:pPr>
        <w:pStyle w:val="ListParagraph"/>
        <w:rPr>
          <w:sz w:val="28"/>
          <w:szCs w:val="28"/>
        </w:rPr>
      </w:pPr>
    </w:p>
    <w:p w14:paraId="3C6914B1" w14:textId="0D8F1CD1" w:rsidR="00136CB4" w:rsidRPr="00655001" w:rsidRDefault="00136CB4" w:rsidP="00D56F5E">
      <w:pPr>
        <w:pStyle w:val="ListParagraph"/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655001">
        <w:rPr>
          <w:sz w:val="28"/>
          <w:szCs w:val="28"/>
        </w:rPr>
        <w:lastRenderedPageBreak/>
        <w:t>What habits or behaviors do you believe are holding you back</w:t>
      </w:r>
      <w:r w:rsidRPr="00655001">
        <w:rPr>
          <w:sz w:val="28"/>
          <w:szCs w:val="28"/>
        </w:rPr>
        <w:t xml:space="preserve">? </w:t>
      </w:r>
    </w:p>
    <w:bookmarkEnd w:id="1"/>
    <w:p w14:paraId="12EACDBF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54E3E304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4588F27F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7EF7A8E6" w14:textId="77777777" w:rsidR="000E67DA" w:rsidRPr="00655001" w:rsidRDefault="007958C9" w:rsidP="000E67DA">
      <w:pPr>
        <w:pStyle w:val="ListParagraph"/>
        <w:numPr>
          <w:ilvl w:val="0"/>
          <w:numId w:val="14"/>
        </w:numPr>
        <w:spacing w:after="0" w:line="480" w:lineRule="auto"/>
        <w:rPr>
          <w:sz w:val="28"/>
          <w:szCs w:val="28"/>
        </w:rPr>
      </w:pPr>
      <w:r w:rsidRPr="00655001">
        <w:rPr>
          <w:sz w:val="28"/>
          <w:szCs w:val="28"/>
        </w:rPr>
        <w:t>What areas of your life currently feel out of alignment?</w:t>
      </w:r>
    </w:p>
    <w:p w14:paraId="57935990" w14:textId="1CAD79F3" w:rsidR="00E1321C" w:rsidRPr="00655001" w:rsidRDefault="000E67DA" w:rsidP="00E1321C">
      <w:pPr>
        <w:spacing w:after="0" w:line="360" w:lineRule="auto"/>
        <w:ind w:firstLine="720"/>
        <w:rPr>
          <w:sz w:val="28"/>
          <w:szCs w:val="28"/>
        </w:rPr>
      </w:pPr>
      <w:bookmarkStart w:id="3" w:name="_Hlk232871640"/>
      <w:r w:rsidRPr="00655001">
        <w:rPr>
          <w:sz w:val="28"/>
          <w:szCs w:val="28"/>
        </w:rPr>
        <w:t>________________________________________________________________________</w:t>
      </w:r>
      <w:r w:rsidR="00E1321C" w:rsidRPr="00655001">
        <w:rPr>
          <w:sz w:val="28"/>
          <w:szCs w:val="28"/>
        </w:rPr>
        <w:t>____</w:t>
      </w:r>
    </w:p>
    <w:p w14:paraId="79417813" w14:textId="7004CA4E" w:rsidR="00E1321C" w:rsidRPr="00655001" w:rsidRDefault="000E67DA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</w:t>
      </w:r>
      <w:r w:rsidR="00E1321C" w:rsidRPr="00655001">
        <w:rPr>
          <w:sz w:val="28"/>
          <w:szCs w:val="28"/>
        </w:rPr>
        <w:t>____</w:t>
      </w:r>
    </w:p>
    <w:p w14:paraId="501C3578" w14:textId="2132397A" w:rsidR="000E67DA" w:rsidRPr="00655001" w:rsidRDefault="000E67DA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</w:t>
      </w:r>
      <w:bookmarkEnd w:id="2"/>
      <w:r w:rsidR="00E1321C" w:rsidRPr="00655001">
        <w:rPr>
          <w:sz w:val="28"/>
          <w:szCs w:val="28"/>
        </w:rPr>
        <w:t>____</w:t>
      </w:r>
    </w:p>
    <w:bookmarkEnd w:id="3"/>
    <w:p w14:paraId="31FD2DA6" w14:textId="46169362" w:rsidR="000E67DA" w:rsidRPr="00655001" w:rsidRDefault="00A8026E" w:rsidP="00D56F5E">
      <w:pPr>
        <w:rPr>
          <w:b/>
          <w:bCs/>
          <w:sz w:val="28"/>
          <w:szCs w:val="28"/>
        </w:rPr>
      </w:pPr>
      <w:r w:rsidRPr="00655001">
        <w:rPr>
          <w:b/>
          <w:bCs/>
          <w:sz w:val="28"/>
          <w:szCs w:val="28"/>
        </w:rPr>
        <w:t>Personal Assessment</w:t>
      </w:r>
    </w:p>
    <w:p w14:paraId="58CD1085" w14:textId="7B1D90ED" w:rsidR="000E67DA" w:rsidRPr="00655001" w:rsidRDefault="00A8026E" w:rsidP="000E67DA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On a Scale of 1-10, how satisfied are you with the following area of your life?</w:t>
      </w:r>
    </w:p>
    <w:p w14:paraId="54378F0C" w14:textId="3BF96953" w:rsidR="00A8026E" w:rsidRPr="00655001" w:rsidRDefault="00A8026E" w:rsidP="00A8026E">
      <w:pPr>
        <w:pStyle w:val="ListParagraph"/>
        <w:numPr>
          <w:ilvl w:val="1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Health &amp; Fitness</w:t>
      </w:r>
      <w:r w:rsidRPr="00655001">
        <w:rPr>
          <w:sz w:val="28"/>
          <w:szCs w:val="28"/>
        </w:rPr>
        <w:t xml:space="preserve"> </w:t>
      </w:r>
      <w:r w:rsidRPr="00655001">
        <w:rPr>
          <w:sz w:val="28"/>
          <w:szCs w:val="28"/>
        </w:rPr>
        <w:t>_______________</w:t>
      </w:r>
    </w:p>
    <w:p w14:paraId="727794DA" w14:textId="786EFD06" w:rsidR="00A8026E" w:rsidRPr="00655001" w:rsidRDefault="00A8026E" w:rsidP="00A8026E">
      <w:pPr>
        <w:pStyle w:val="ListParagraph"/>
        <w:numPr>
          <w:ilvl w:val="1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Relationships</w:t>
      </w:r>
      <w:r w:rsidRPr="00655001">
        <w:rPr>
          <w:sz w:val="28"/>
          <w:szCs w:val="28"/>
        </w:rPr>
        <w:t xml:space="preserve"> </w:t>
      </w:r>
      <w:r w:rsidRPr="00655001">
        <w:rPr>
          <w:sz w:val="28"/>
          <w:szCs w:val="28"/>
        </w:rPr>
        <w:t>_______________</w:t>
      </w:r>
    </w:p>
    <w:p w14:paraId="709652B3" w14:textId="41F4B774" w:rsidR="00A8026E" w:rsidRPr="00655001" w:rsidRDefault="00A8026E" w:rsidP="00A8026E">
      <w:pPr>
        <w:pStyle w:val="ListParagraph"/>
        <w:numPr>
          <w:ilvl w:val="1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Career</w:t>
      </w:r>
      <w:r w:rsidRPr="00655001">
        <w:rPr>
          <w:sz w:val="28"/>
          <w:szCs w:val="28"/>
        </w:rPr>
        <w:t xml:space="preserve"> </w:t>
      </w:r>
      <w:r w:rsidRPr="00655001">
        <w:rPr>
          <w:sz w:val="28"/>
          <w:szCs w:val="28"/>
        </w:rPr>
        <w:t>_______________</w:t>
      </w:r>
    </w:p>
    <w:p w14:paraId="51EF7F42" w14:textId="6DBBBD89" w:rsidR="00A8026E" w:rsidRPr="00655001" w:rsidRDefault="00A8026E" w:rsidP="00A8026E">
      <w:pPr>
        <w:pStyle w:val="ListParagraph"/>
        <w:numPr>
          <w:ilvl w:val="1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Finances</w:t>
      </w:r>
      <w:r w:rsidRPr="00655001">
        <w:rPr>
          <w:sz w:val="28"/>
          <w:szCs w:val="28"/>
        </w:rPr>
        <w:t xml:space="preserve"> </w:t>
      </w:r>
      <w:r w:rsidRPr="00655001">
        <w:rPr>
          <w:sz w:val="28"/>
          <w:szCs w:val="28"/>
        </w:rPr>
        <w:t>_______________</w:t>
      </w:r>
    </w:p>
    <w:p w14:paraId="6BF1E5E9" w14:textId="35777C59" w:rsidR="00A8026E" w:rsidRPr="00655001" w:rsidRDefault="00A8026E" w:rsidP="00A8026E">
      <w:pPr>
        <w:pStyle w:val="ListParagraph"/>
        <w:numPr>
          <w:ilvl w:val="1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Personal Growth</w:t>
      </w:r>
      <w:r w:rsidRPr="00655001">
        <w:rPr>
          <w:sz w:val="28"/>
          <w:szCs w:val="28"/>
        </w:rPr>
        <w:t xml:space="preserve"> </w:t>
      </w:r>
      <w:r w:rsidRPr="00655001">
        <w:rPr>
          <w:sz w:val="28"/>
          <w:szCs w:val="28"/>
        </w:rPr>
        <w:t>_______________</w:t>
      </w:r>
    </w:p>
    <w:p w14:paraId="3A0DFACE" w14:textId="090DF873" w:rsidR="00A8026E" w:rsidRPr="00655001" w:rsidRDefault="00A8026E" w:rsidP="00A8026E">
      <w:pPr>
        <w:pStyle w:val="ListParagraph"/>
        <w:numPr>
          <w:ilvl w:val="1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Confidence</w:t>
      </w:r>
      <w:r w:rsidRPr="00655001">
        <w:rPr>
          <w:sz w:val="28"/>
          <w:szCs w:val="28"/>
        </w:rPr>
        <w:t xml:space="preserve"> </w:t>
      </w:r>
      <w:r w:rsidRPr="00655001">
        <w:rPr>
          <w:sz w:val="28"/>
          <w:szCs w:val="28"/>
        </w:rPr>
        <w:t>_______________</w:t>
      </w:r>
    </w:p>
    <w:p w14:paraId="20FD46AA" w14:textId="1CF9C578" w:rsidR="00A8026E" w:rsidRPr="00655001" w:rsidRDefault="00A8026E" w:rsidP="00655001">
      <w:pPr>
        <w:pStyle w:val="ListParagraph"/>
        <w:numPr>
          <w:ilvl w:val="1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Work-Life Balance</w:t>
      </w:r>
      <w:r w:rsidRPr="00655001">
        <w:rPr>
          <w:sz w:val="28"/>
          <w:szCs w:val="28"/>
        </w:rPr>
        <w:t xml:space="preserve"> </w:t>
      </w:r>
      <w:r w:rsidRPr="00655001">
        <w:rPr>
          <w:sz w:val="28"/>
          <w:szCs w:val="28"/>
        </w:rPr>
        <w:t>_______________</w:t>
      </w:r>
    </w:p>
    <w:p w14:paraId="4BE7D454" w14:textId="19D8EC21" w:rsidR="00655001" w:rsidRDefault="00655001" w:rsidP="000E67DA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On a scale of 1–10, how disciplined do you feel right now? Why?</w:t>
      </w:r>
    </w:p>
    <w:p w14:paraId="76EC5FF5" w14:textId="77777777" w:rsidR="00655001" w:rsidRPr="00655001" w:rsidRDefault="00655001" w:rsidP="00655001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652A2407" w14:textId="77777777" w:rsidR="00655001" w:rsidRPr="00655001" w:rsidRDefault="00655001" w:rsidP="00655001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1CB4FB49" w14:textId="77777777" w:rsidR="00655001" w:rsidRPr="00655001" w:rsidRDefault="00655001" w:rsidP="00655001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2F70B489" w14:textId="452D1F05" w:rsidR="000E67DA" w:rsidRPr="00655001" w:rsidRDefault="00655001" w:rsidP="000E67DA">
      <w:pPr>
        <w:pStyle w:val="ListParagraph"/>
        <w:numPr>
          <w:ilvl w:val="0"/>
          <w:numId w:val="14"/>
        </w:numPr>
        <w:rPr>
          <w:sz w:val="28"/>
          <w:szCs w:val="28"/>
        </w:rPr>
      </w:pPr>
      <w:bookmarkStart w:id="4" w:name="_Hlk232872164"/>
      <w:r>
        <w:rPr>
          <w:sz w:val="28"/>
          <w:szCs w:val="28"/>
        </w:rPr>
        <w:t>Are you currently following a structured fitness routine? (YES/NO) Describe it:</w:t>
      </w:r>
    </w:p>
    <w:p w14:paraId="11CAB175" w14:textId="7269CFF9" w:rsidR="000E67DA" w:rsidRPr="00655001" w:rsidRDefault="000E67DA" w:rsidP="00E1321C">
      <w:pPr>
        <w:spacing w:after="0" w:line="360" w:lineRule="auto"/>
        <w:ind w:firstLine="720"/>
        <w:rPr>
          <w:sz w:val="28"/>
          <w:szCs w:val="28"/>
        </w:rPr>
      </w:pPr>
      <w:bookmarkStart w:id="5" w:name="_Hlk232872067"/>
      <w:r w:rsidRPr="00655001">
        <w:rPr>
          <w:sz w:val="28"/>
          <w:szCs w:val="28"/>
        </w:rPr>
        <w:t>________________________________________________________________________</w:t>
      </w:r>
      <w:r w:rsidR="00E1321C" w:rsidRPr="00655001">
        <w:rPr>
          <w:sz w:val="28"/>
          <w:szCs w:val="28"/>
        </w:rPr>
        <w:t>____</w:t>
      </w:r>
    </w:p>
    <w:p w14:paraId="28068622" w14:textId="45D05470" w:rsidR="000E67DA" w:rsidRPr="00655001" w:rsidRDefault="000E67DA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</w:t>
      </w:r>
      <w:r w:rsidR="00E1321C" w:rsidRPr="00655001">
        <w:rPr>
          <w:sz w:val="28"/>
          <w:szCs w:val="28"/>
        </w:rPr>
        <w:t>_____</w:t>
      </w:r>
    </w:p>
    <w:p w14:paraId="1D549BC6" w14:textId="34FED9D7" w:rsidR="000E67DA" w:rsidRPr="00655001" w:rsidRDefault="000E67DA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</w:t>
      </w:r>
      <w:r w:rsidR="00E1321C" w:rsidRPr="00655001">
        <w:rPr>
          <w:sz w:val="28"/>
          <w:szCs w:val="28"/>
        </w:rPr>
        <w:t>____</w:t>
      </w:r>
    </w:p>
    <w:p w14:paraId="58C779F1" w14:textId="77777777" w:rsidR="00655001" w:rsidRPr="00655001" w:rsidRDefault="00655001" w:rsidP="00655001">
      <w:pPr>
        <w:pStyle w:val="ListParagraph"/>
        <w:numPr>
          <w:ilvl w:val="0"/>
          <w:numId w:val="14"/>
        </w:numPr>
        <w:rPr>
          <w:sz w:val="28"/>
          <w:szCs w:val="28"/>
        </w:rPr>
      </w:pPr>
      <w:bookmarkStart w:id="6" w:name="_Hlk232871308"/>
      <w:bookmarkEnd w:id="4"/>
      <w:bookmarkEnd w:id="5"/>
      <w:r w:rsidRPr="00655001">
        <w:rPr>
          <w:sz w:val="28"/>
          <w:szCs w:val="28"/>
        </w:rPr>
        <w:lastRenderedPageBreak/>
        <w:t>What are your greatest strengths?</w:t>
      </w:r>
    </w:p>
    <w:p w14:paraId="779E08B6" w14:textId="77777777" w:rsidR="00655001" w:rsidRPr="00655001" w:rsidRDefault="00655001" w:rsidP="00655001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04C1191E" w14:textId="77777777" w:rsidR="00655001" w:rsidRPr="00655001" w:rsidRDefault="00655001" w:rsidP="00655001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556AF3A7" w14:textId="31DE538E" w:rsidR="00655001" w:rsidRPr="00655001" w:rsidRDefault="00655001" w:rsidP="00655001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66DF18CC" w14:textId="74896169" w:rsidR="000E67DA" w:rsidRPr="00655001" w:rsidRDefault="000E67DA" w:rsidP="00E1321C">
      <w:pPr>
        <w:pStyle w:val="ListParagraph"/>
        <w:numPr>
          <w:ilvl w:val="0"/>
          <w:numId w:val="14"/>
        </w:numPr>
        <w:spacing w:after="0" w:line="360" w:lineRule="auto"/>
        <w:rPr>
          <w:sz w:val="28"/>
          <w:szCs w:val="28"/>
        </w:rPr>
      </w:pPr>
      <w:r w:rsidRPr="00655001">
        <w:rPr>
          <w:sz w:val="28"/>
          <w:szCs w:val="28"/>
        </w:rPr>
        <w:t xml:space="preserve">What </w:t>
      </w:r>
      <w:r w:rsidR="00E1321C" w:rsidRPr="00655001">
        <w:rPr>
          <w:sz w:val="28"/>
          <w:szCs w:val="28"/>
        </w:rPr>
        <w:t>accomplishments are you most proud of</w:t>
      </w:r>
      <w:r w:rsidRPr="00655001">
        <w:rPr>
          <w:sz w:val="28"/>
          <w:szCs w:val="28"/>
        </w:rPr>
        <w:t>? ____________________________________________________________________________</w:t>
      </w:r>
    </w:p>
    <w:p w14:paraId="17C72899" w14:textId="77777777" w:rsidR="000E67DA" w:rsidRPr="00655001" w:rsidRDefault="000E67DA" w:rsidP="00E1321C">
      <w:pPr>
        <w:pStyle w:val="ListParagraph"/>
        <w:spacing w:after="0" w:line="360" w:lineRule="auto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6D36BDB9" w14:textId="4E6D2AEE" w:rsidR="000E67DA" w:rsidRPr="00655001" w:rsidRDefault="000E67DA" w:rsidP="00E1321C">
      <w:pPr>
        <w:pStyle w:val="ListParagraph"/>
        <w:spacing w:after="0" w:line="360" w:lineRule="auto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bookmarkEnd w:id="6"/>
    <w:p w14:paraId="0478873F" w14:textId="483CA6AC" w:rsidR="00E1321C" w:rsidRPr="00655001" w:rsidRDefault="00E1321C" w:rsidP="00E1321C">
      <w:pPr>
        <w:pStyle w:val="ListParagraph"/>
        <w:numPr>
          <w:ilvl w:val="0"/>
          <w:numId w:val="14"/>
        </w:numPr>
        <w:spacing w:after="0" w:line="360" w:lineRule="auto"/>
        <w:rPr>
          <w:sz w:val="28"/>
          <w:szCs w:val="28"/>
        </w:rPr>
      </w:pPr>
      <w:r w:rsidRPr="00655001">
        <w:rPr>
          <w:sz w:val="28"/>
          <w:szCs w:val="28"/>
        </w:rPr>
        <w:t xml:space="preserve">What </w:t>
      </w:r>
      <w:r w:rsidRPr="00655001">
        <w:rPr>
          <w:sz w:val="28"/>
          <w:szCs w:val="28"/>
        </w:rPr>
        <w:t>motivates you to keep moving forward during difficult times</w:t>
      </w:r>
      <w:r w:rsidRPr="00655001">
        <w:rPr>
          <w:sz w:val="28"/>
          <w:szCs w:val="28"/>
        </w:rPr>
        <w:t>? ____________________________________________________________________________</w:t>
      </w:r>
    </w:p>
    <w:p w14:paraId="1EE935F5" w14:textId="77777777" w:rsidR="00E1321C" w:rsidRPr="00655001" w:rsidRDefault="00E1321C" w:rsidP="00E1321C">
      <w:pPr>
        <w:pStyle w:val="ListParagraph"/>
        <w:spacing w:after="0" w:line="360" w:lineRule="auto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73C7C913" w14:textId="77777777" w:rsidR="00E1321C" w:rsidRPr="00655001" w:rsidRDefault="00E1321C" w:rsidP="00E1321C">
      <w:pPr>
        <w:pStyle w:val="ListParagraph"/>
        <w:spacing w:after="0" w:line="360" w:lineRule="auto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0806FD9D" w14:textId="7F6FB7FD" w:rsidR="00E1321C" w:rsidRPr="00655001" w:rsidRDefault="00E1321C" w:rsidP="00E1321C">
      <w:pPr>
        <w:rPr>
          <w:b/>
          <w:bCs/>
          <w:sz w:val="28"/>
          <w:szCs w:val="28"/>
        </w:rPr>
      </w:pPr>
      <w:bookmarkStart w:id="7" w:name="_Hlk232871748"/>
      <w:r w:rsidRPr="00655001">
        <w:rPr>
          <w:b/>
          <w:bCs/>
          <w:sz w:val="28"/>
          <w:szCs w:val="28"/>
        </w:rPr>
        <w:t>Commitment &amp; Accountability</w:t>
      </w:r>
    </w:p>
    <w:p w14:paraId="0F3C2649" w14:textId="2BFB6E79" w:rsidR="00E1321C" w:rsidRPr="00655001" w:rsidRDefault="00E1321C" w:rsidP="00E1321C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Wh</w:t>
      </w:r>
      <w:r w:rsidRPr="00655001">
        <w:rPr>
          <w:sz w:val="28"/>
          <w:szCs w:val="28"/>
        </w:rPr>
        <w:t>y is not the right time for you to invest in yourself</w:t>
      </w:r>
      <w:r w:rsidRPr="00655001">
        <w:rPr>
          <w:sz w:val="28"/>
          <w:szCs w:val="28"/>
        </w:rPr>
        <w:t>?</w:t>
      </w:r>
    </w:p>
    <w:p w14:paraId="34C2B70F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2CF58D79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63411852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31D6224D" w14:textId="439E2ADA" w:rsidR="00E1321C" w:rsidRPr="00655001" w:rsidRDefault="00E1321C" w:rsidP="00E1321C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On a scale of 1-10, how committed are you to making meaningful changes?</w:t>
      </w:r>
    </w:p>
    <w:p w14:paraId="59CA3CF7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3E91AB12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755C951F" w14:textId="77777777" w:rsidR="00E1321C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2750DC25" w14:textId="77777777" w:rsidR="00655001" w:rsidRPr="00655001" w:rsidRDefault="00655001" w:rsidP="00E1321C">
      <w:pPr>
        <w:spacing w:after="0" w:line="360" w:lineRule="auto"/>
        <w:ind w:firstLine="720"/>
        <w:rPr>
          <w:sz w:val="28"/>
          <w:szCs w:val="28"/>
        </w:rPr>
      </w:pPr>
    </w:p>
    <w:p w14:paraId="235408D9" w14:textId="22481D71" w:rsidR="00E1321C" w:rsidRPr="00655001" w:rsidRDefault="00E1321C" w:rsidP="00E1321C">
      <w:pPr>
        <w:pStyle w:val="ListParagraph"/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655001">
        <w:rPr>
          <w:sz w:val="28"/>
          <w:szCs w:val="28"/>
        </w:rPr>
        <w:lastRenderedPageBreak/>
        <w:t xml:space="preserve">What </w:t>
      </w:r>
      <w:r w:rsidRPr="00655001">
        <w:rPr>
          <w:sz w:val="28"/>
          <w:szCs w:val="28"/>
        </w:rPr>
        <w:t>might prevent you from fully committing to the coaching process</w:t>
      </w:r>
      <w:r w:rsidRPr="00655001">
        <w:rPr>
          <w:sz w:val="28"/>
          <w:szCs w:val="28"/>
        </w:rPr>
        <w:t xml:space="preserve">? </w:t>
      </w:r>
    </w:p>
    <w:p w14:paraId="640F648C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3D9148C5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1E88F520" w14:textId="641A345B" w:rsidR="00655001" w:rsidRPr="00655001" w:rsidRDefault="00E1321C" w:rsidP="00655001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bookmarkEnd w:id="7"/>
    <w:p w14:paraId="5AA36A6F" w14:textId="2B13E30A" w:rsidR="00E1321C" w:rsidRPr="00655001" w:rsidRDefault="00E1321C" w:rsidP="00E1321C">
      <w:pPr>
        <w:pStyle w:val="ListParagraph"/>
        <w:numPr>
          <w:ilvl w:val="0"/>
          <w:numId w:val="14"/>
        </w:numPr>
        <w:spacing w:after="0" w:line="480" w:lineRule="auto"/>
        <w:rPr>
          <w:sz w:val="28"/>
          <w:szCs w:val="28"/>
        </w:rPr>
      </w:pPr>
      <w:r w:rsidRPr="00655001">
        <w:rPr>
          <w:sz w:val="28"/>
          <w:szCs w:val="28"/>
        </w:rPr>
        <w:t>How do you prefer to be held accountable</w:t>
      </w:r>
      <w:r w:rsidRPr="00655001">
        <w:rPr>
          <w:sz w:val="28"/>
          <w:szCs w:val="28"/>
        </w:rPr>
        <w:t>?</w:t>
      </w:r>
    </w:p>
    <w:p w14:paraId="126598A4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5E9D87E5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5C733E7F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70643EA7" w14:textId="46A95E4E" w:rsidR="00E1321C" w:rsidRPr="00655001" w:rsidRDefault="00E1321C" w:rsidP="00E1321C">
      <w:pPr>
        <w:rPr>
          <w:b/>
          <w:bCs/>
          <w:sz w:val="28"/>
          <w:szCs w:val="28"/>
        </w:rPr>
      </w:pPr>
      <w:r w:rsidRPr="00655001">
        <w:rPr>
          <w:b/>
          <w:bCs/>
          <w:sz w:val="28"/>
          <w:szCs w:val="28"/>
        </w:rPr>
        <w:t>Vision</w:t>
      </w:r>
      <w:r w:rsidRPr="00655001">
        <w:rPr>
          <w:b/>
          <w:bCs/>
          <w:sz w:val="28"/>
          <w:szCs w:val="28"/>
        </w:rPr>
        <w:t xml:space="preserve"> &amp; </w:t>
      </w:r>
      <w:r w:rsidRPr="00655001">
        <w:rPr>
          <w:b/>
          <w:bCs/>
          <w:sz w:val="28"/>
          <w:szCs w:val="28"/>
        </w:rPr>
        <w:t>Future</w:t>
      </w:r>
    </w:p>
    <w:p w14:paraId="50C47D22" w14:textId="06DAF89D" w:rsidR="00E1321C" w:rsidRPr="00655001" w:rsidRDefault="00E1321C" w:rsidP="00E1321C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Describe your ideal life three years from now</w:t>
      </w:r>
      <w:r w:rsidRPr="00655001">
        <w:rPr>
          <w:sz w:val="28"/>
          <w:szCs w:val="28"/>
        </w:rPr>
        <w:t>?</w:t>
      </w:r>
    </w:p>
    <w:p w14:paraId="1D0173EB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5BC8CDCB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418BD344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2C34AE79" w14:textId="7512D828" w:rsidR="00E1321C" w:rsidRPr="00655001" w:rsidRDefault="00E1321C" w:rsidP="00E1321C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If there were no limitations, what would you pursue</w:t>
      </w:r>
      <w:r w:rsidRPr="00655001">
        <w:rPr>
          <w:sz w:val="28"/>
          <w:szCs w:val="28"/>
        </w:rPr>
        <w:t>?</w:t>
      </w:r>
    </w:p>
    <w:p w14:paraId="7C161878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76B59C7E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30417301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5BA28F65" w14:textId="48047CAD" w:rsidR="00E1321C" w:rsidRPr="00655001" w:rsidRDefault="00E1321C" w:rsidP="00E1321C">
      <w:pPr>
        <w:pStyle w:val="ListParagraph"/>
        <w:numPr>
          <w:ilvl w:val="0"/>
          <w:numId w:val="14"/>
        </w:numPr>
        <w:spacing w:after="0" w:line="240" w:lineRule="auto"/>
        <w:rPr>
          <w:sz w:val="28"/>
          <w:szCs w:val="28"/>
        </w:rPr>
      </w:pPr>
      <w:r w:rsidRPr="00655001">
        <w:rPr>
          <w:sz w:val="28"/>
          <w:szCs w:val="28"/>
        </w:rPr>
        <w:t>What</w:t>
      </w:r>
      <w:r w:rsidR="00655001" w:rsidRPr="00655001">
        <w:rPr>
          <w:sz w:val="28"/>
          <w:szCs w:val="28"/>
        </w:rPr>
        <w:t xml:space="preserve"> does success mean to you personally</w:t>
      </w:r>
      <w:r w:rsidRPr="00655001">
        <w:rPr>
          <w:sz w:val="28"/>
          <w:szCs w:val="28"/>
        </w:rPr>
        <w:t xml:space="preserve">? </w:t>
      </w:r>
    </w:p>
    <w:p w14:paraId="0663F262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4356412A" w14:textId="77777777" w:rsidR="00E1321C" w:rsidRPr="00655001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5F0EBE80" w14:textId="77777777" w:rsidR="00E1321C" w:rsidRDefault="00E1321C" w:rsidP="00E1321C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3A2932C7" w14:textId="77777777" w:rsidR="00655001" w:rsidRDefault="00655001" w:rsidP="00E1321C">
      <w:pPr>
        <w:spacing w:after="0" w:line="360" w:lineRule="auto"/>
        <w:ind w:firstLine="720"/>
        <w:rPr>
          <w:sz w:val="28"/>
          <w:szCs w:val="28"/>
        </w:rPr>
      </w:pPr>
    </w:p>
    <w:p w14:paraId="05E9C500" w14:textId="77777777" w:rsidR="00655001" w:rsidRDefault="00655001" w:rsidP="00E1321C">
      <w:pPr>
        <w:spacing w:after="0" w:line="360" w:lineRule="auto"/>
        <w:ind w:firstLine="720"/>
        <w:rPr>
          <w:sz w:val="28"/>
          <w:szCs w:val="28"/>
        </w:rPr>
      </w:pPr>
    </w:p>
    <w:p w14:paraId="08C35D0E" w14:textId="77777777" w:rsidR="00655001" w:rsidRDefault="00655001" w:rsidP="00E1321C">
      <w:pPr>
        <w:spacing w:after="0" w:line="360" w:lineRule="auto"/>
        <w:ind w:firstLine="720"/>
        <w:rPr>
          <w:sz w:val="28"/>
          <w:szCs w:val="28"/>
        </w:rPr>
      </w:pPr>
    </w:p>
    <w:p w14:paraId="215ECC6B" w14:textId="77777777" w:rsidR="00655001" w:rsidRPr="00655001" w:rsidRDefault="00655001" w:rsidP="00E1321C">
      <w:pPr>
        <w:spacing w:after="0" w:line="360" w:lineRule="auto"/>
        <w:ind w:firstLine="720"/>
        <w:rPr>
          <w:sz w:val="28"/>
          <w:szCs w:val="28"/>
        </w:rPr>
      </w:pPr>
    </w:p>
    <w:p w14:paraId="7D911C79" w14:textId="7B77FB0C" w:rsidR="00655001" w:rsidRPr="00655001" w:rsidRDefault="00655001" w:rsidP="00655001">
      <w:pPr>
        <w:rPr>
          <w:b/>
          <w:bCs/>
          <w:sz w:val="28"/>
          <w:szCs w:val="28"/>
        </w:rPr>
      </w:pPr>
      <w:r w:rsidRPr="00655001">
        <w:rPr>
          <w:b/>
          <w:bCs/>
          <w:sz w:val="28"/>
          <w:szCs w:val="28"/>
        </w:rPr>
        <w:lastRenderedPageBreak/>
        <w:t>Final Question</w:t>
      </w:r>
    </w:p>
    <w:p w14:paraId="42FE4D43" w14:textId="622D8D11" w:rsidR="00655001" w:rsidRPr="00655001" w:rsidRDefault="00655001" w:rsidP="00655001">
      <w:pPr>
        <w:pStyle w:val="ListParagraph"/>
        <w:numPr>
          <w:ilvl w:val="0"/>
          <w:numId w:val="14"/>
        </w:numPr>
        <w:rPr>
          <w:sz w:val="28"/>
          <w:szCs w:val="28"/>
        </w:rPr>
      </w:pPr>
      <w:r w:rsidRPr="00655001">
        <w:rPr>
          <w:sz w:val="28"/>
          <w:szCs w:val="28"/>
        </w:rPr>
        <w:t>Is there anything else you would like me to know before our first session</w:t>
      </w:r>
      <w:r w:rsidRPr="00655001">
        <w:rPr>
          <w:sz w:val="28"/>
          <w:szCs w:val="28"/>
        </w:rPr>
        <w:t>?</w:t>
      </w:r>
    </w:p>
    <w:p w14:paraId="30E6CE32" w14:textId="77777777" w:rsidR="00655001" w:rsidRPr="00655001" w:rsidRDefault="00655001" w:rsidP="00655001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21811940" w14:textId="77777777" w:rsidR="00655001" w:rsidRPr="00655001" w:rsidRDefault="00655001" w:rsidP="00655001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70B271DB" w14:textId="77777777" w:rsidR="00655001" w:rsidRPr="00655001" w:rsidRDefault="00655001" w:rsidP="00655001">
      <w:pPr>
        <w:spacing w:after="0" w:line="360" w:lineRule="auto"/>
        <w:ind w:firstLine="720"/>
        <w:rPr>
          <w:sz w:val="28"/>
          <w:szCs w:val="28"/>
        </w:rPr>
      </w:pPr>
      <w:r w:rsidRPr="00655001">
        <w:rPr>
          <w:sz w:val="28"/>
          <w:szCs w:val="28"/>
        </w:rPr>
        <w:t>____________________________________________________________________________</w:t>
      </w:r>
    </w:p>
    <w:p w14:paraId="64C9D1CF" w14:textId="77777777" w:rsidR="00F11E9A" w:rsidRPr="00655001" w:rsidRDefault="00000000">
      <w:pPr>
        <w:rPr>
          <w:sz w:val="28"/>
          <w:szCs w:val="28"/>
        </w:rPr>
      </w:pPr>
      <w:r w:rsidRPr="00655001">
        <w:rPr>
          <w:sz w:val="28"/>
          <w:szCs w:val="28"/>
        </w:rPr>
        <w:br/>
        <w:t>Emergency Contact Name &amp; Phone: ___________________________________________</w:t>
      </w:r>
    </w:p>
    <w:p w14:paraId="2D82D1A9" w14:textId="77777777" w:rsidR="00F11E9A" w:rsidRPr="00655001" w:rsidRDefault="00000000">
      <w:pPr>
        <w:rPr>
          <w:sz w:val="28"/>
          <w:szCs w:val="28"/>
        </w:rPr>
      </w:pPr>
      <w:r w:rsidRPr="00655001">
        <w:rPr>
          <w:sz w:val="28"/>
          <w:szCs w:val="28"/>
        </w:rPr>
        <w:br/>
        <w:t>Client Signature: _______________________________________    Date: _____________</w:t>
      </w:r>
    </w:p>
    <w:sectPr w:rsidR="00F11E9A" w:rsidRPr="00655001" w:rsidSect="00034616">
      <w:head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14E1AF" w14:textId="77777777" w:rsidR="00D65260" w:rsidRDefault="00D65260" w:rsidP="008C60EF">
      <w:pPr>
        <w:spacing w:after="0" w:line="240" w:lineRule="auto"/>
      </w:pPr>
      <w:r>
        <w:separator/>
      </w:r>
    </w:p>
  </w:endnote>
  <w:endnote w:type="continuationSeparator" w:id="0">
    <w:p w14:paraId="3E3254BC" w14:textId="77777777" w:rsidR="00D65260" w:rsidRDefault="00D65260" w:rsidP="008C6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EEBCC5" w14:textId="77777777" w:rsidR="00D65260" w:rsidRDefault="00D65260" w:rsidP="008C60EF">
      <w:pPr>
        <w:spacing w:after="0" w:line="240" w:lineRule="auto"/>
      </w:pPr>
      <w:r>
        <w:separator/>
      </w:r>
    </w:p>
  </w:footnote>
  <w:footnote w:type="continuationSeparator" w:id="0">
    <w:p w14:paraId="301CD550" w14:textId="77777777" w:rsidR="00D65260" w:rsidRDefault="00D65260" w:rsidP="008C60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723958" w14:textId="1CF2AB9F" w:rsidR="008C60EF" w:rsidRPr="008C60EF" w:rsidRDefault="004D7992" w:rsidP="008C60EF">
    <w:pPr>
      <w:spacing w:after="0" w:line="240" w:lineRule="auto"/>
      <w:jc w:val="center"/>
      <w:rPr>
        <w:b/>
        <w:bCs/>
        <w:sz w:val="32"/>
        <w:szCs w:val="32"/>
      </w:rPr>
    </w:pPr>
    <w:r>
      <w:rPr>
        <w:b/>
        <w:bCs/>
        <w:sz w:val="32"/>
        <w:szCs w:val="32"/>
      </w:rPr>
      <w:t xml:space="preserve">Coach </w:t>
    </w:r>
    <w:r w:rsidR="008C60EF" w:rsidRPr="008C60EF">
      <w:rPr>
        <w:b/>
        <w:bCs/>
        <w:sz w:val="32"/>
        <w:szCs w:val="32"/>
      </w:rPr>
      <w:t>Dane Hayton</w:t>
    </w:r>
  </w:p>
  <w:p w14:paraId="07D32152" w14:textId="518892BD" w:rsidR="008C60EF" w:rsidRPr="008C60EF" w:rsidRDefault="008C60EF" w:rsidP="008C60EF">
    <w:pPr>
      <w:spacing w:after="0" w:line="240" w:lineRule="auto"/>
      <w:jc w:val="center"/>
      <w:rPr>
        <w:b/>
        <w:bCs/>
        <w:sz w:val="32"/>
        <w:szCs w:val="32"/>
      </w:rPr>
    </w:pPr>
    <w:r w:rsidRPr="008C60EF">
      <w:rPr>
        <w:b/>
        <w:bCs/>
        <w:sz w:val="32"/>
        <w:szCs w:val="32"/>
      </w:rPr>
      <w:t>Performance Coaching Client Intake Form</w:t>
    </w:r>
  </w:p>
  <w:p w14:paraId="2A0A832E" w14:textId="77777777" w:rsidR="008C60EF" w:rsidRDefault="008C60E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CBF590B"/>
    <w:multiLevelType w:val="hybridMultilevel"/>
    <w:tmpl w:val="0EA4FC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CE242A"/>
    <w:multiLevelType w:val="hybridMultilevel"/>
    <w:tmpl w:val="8BBE83F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0491ADE"/>
    <w:multiLevelType w:val="hybridMultilevel"/>
    <w:tmpl w:val="D1ECE6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2B92641"/>
    <w:multiLevelType w:val="hybridMultilevel"/>
    <w:tmpl w:val="7966C3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D45879"/>
    <w:multiLevelType w:val="multilevel"/>
    <w:tmpl w:val="CB3C37E6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229655533">
    <w:abstractNumId w:val="8"/>
  </w:num>
  <w:num w:numId="2" w16cid:durableId="482428519">
    <w:abstractNumId w:val="6"/>
  </w:num>
  <w:num w:numId="3" w16cid:durableId="1437479916">
    <w:abstractNumId w:val="5"/>
  </w:num>
  <w:num w:numId="4" w16cid:durableId="284164846">
    <w:abstractNumId w:val="4"/>
  </w:num>
  <w:num w:numId="5" w16cid:durableId="1081757455">
    <w:abstractNumId w:val="7"/>
  </w:num>
  <w:num w:numId="6" w16cid:durableId="1797868151">
    <w:abstractNumId w:val="3"/>
  </w:num>
  <w:num w:numId="7" w16cid:durableId="244456749">
    <w:abstractNumId w:val="2"/>
  </w:num>
  <w:num w:numId="8" w16cid:durableId="1928533482">
    <w:abstractNumId w:val="1"/>
  </w:num>
  <w:num w:numId="9" w16cid:durableId="1548181204">
    <w:abstractNumId w:val="0"/>
  </w:num>
  <w:num w:numId="10" w16cid:durableId="2046443836">
    <w:abstractNumId w:val="11"/>
  </w:num>
  <w:num w:numId="11" w16cid:durableId="7366916">
    <w:abstractNumId w:val="13"/>
  </w:num>
  <w:num w:numId="12" w16cid:durableId="308021075">
    <w:abstractNumId w:val="10"/>
  </w:num>
  <w:num w:numId="13" w16cid:durableId="1291403505">
    <w:abstractNumId w:val="9"/>
  </w:num>
  <w:num w:numId="14" w16cid:durableId="46651304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0E67DA"/>
    <w:rsid w:val="00136CB4"/>
    <w:rsid w:val="0015074B"/>
    <w:rsid w:val="001B763A"/>
    <w:rsid w:val="0029639D"/>
    <w:rsid w:val="00326F90"/>
    <w:rsid w:val="003333E3"/>
    <w:rsid w:val="00362D96"/>
    <w:rsid w:val="004D7992"/>
    <w:rsid w:val="00655001"/>
    <w:rsid w:val="007958C9"/>
    <w:rsid w:val="008C60EF"/>
    <w:rsid w:val="00A8026E"/>
    <w:rsid w:val="00AA1D8D"/>
    <w:rsid w:val="00B47730"/>
    <w:rsid w:val="00CB0664"/>
    <w:rsid w:val="00D56F5E"/>
    <w:rsid w:val="00D65260"/>
    <w:rsid w:val="00E1321C"/>
    <w:rsid w:val="00F11E9A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547EBB93"/>
  <w14:defaultImageDpi w14:val="330"/>
  <w15:docId w15:val="{3CA293D5-765C-4019-828A-1E2979D98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1321C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6</Pages>
  <Words>1134</Words>
  <Characters>6467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7586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HAYTON Dane       TENARIS</cp:lastModifiedBy>
  <cp:revision>3</cp:revision>
  <cp:lastPrinted>2026-06-20T23:25:00Z</cp:lastPrinted>
  <dcterms:created xsi:type="dcterms:W3CDTF">2026-06-20T23:25:00Z</dcterms:created>
  <dcterms:modified xsi:type="dcterms:W3CDTF">2026-06-20T23:28:00Z</dcterms:modified>
  <cp:category/>
</cp:coreProperties>
</file>